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190C0" w14:textId="1ED2D390" w:rsidR="004E2F04" w:rsidRPr="0034599C" w:rsidRDefault="00524199">
      <w:pPr>
        <w:spacing w:after="300"/>
        <w:jc w:val="right"/>
        <w:rPr>
          <w:lang w:val="es-AR"/>
        </w:rPr>
      </w:pPr>
      <w:proofErr w:type="gramStart"/>
      <w:r w:rsidRPr="0034599C">
        <w:rPr>
          <w:lang w:val="es-AR"/>
        </w:rPr>
        <w:t>Reconquista,</w:t>
      </w:r>
      <w:r w:rsidR="00434D00">
        <w:rPr>
          <w:lang w:val="es-AR"/>
        </w:rPr>
        <w:t xml:space="preserve"> ..</w:t>
      </w:r>
      <w:proofErr w:type="gramEnd"/>
      <w:r w:rsidRPr="0034599C">
        <w:rPr>
          <w:lang w:val="es-AR"/>
        </w:rPr>
        <w:t xml:space="preserve"> de septiembre de </w:t>
      </w:r>
      <w:proofErr w:type="gramStart"/>
      <w:r w:rsidRPr="0034599C">
        <w:rPr>
          <w:lang w:val="es-AR"/>
        </w:rPr>
        <w:t>20</w:t>
      </w:r>
      <w:r w:rsidR="00434D00">
        <w:rPr>
          <w:lang w:val="es-AR"/>
        </w:rPr>
        <w:t>..</w:t>
      </w:r>
      <w:proofErr w:type="gramEnd"/>
    </w:p>
    <w:p w14:paraId="742AE313" w14:textId="4E187196" w:rsidR="004E2F04" w:rsidRPr="0034599C" w:rsidRDefault="00524199">
      <w:pPr>
        <w:rPr>
          <w:lang w:val="es-AR"/>
        </w:rPr>
      </w:pPr>
      <w:r w:rsidRPr="0034599C">
        <w:rPr>
          <w:lang w:val="es-AR"/>
        </w:rPr>
        <w:t>Jefe de Planta</w:t>
      </w:r>
      <w:proofErr w:type="gramStart"/>
      <w:r w:rsidRPr="0034599C">
        <w:rPr>
          <w:lang w:val="es-AR"/>
        </w:rPr>
        <w:t xml:space="preserve"> </w:t>
      </w:r>
      <w:r w:rsidR="00434D00">
        <w:rPr>
          <w:lang w:val="es-AR"/>
        </w:rPr>
        <w:t>….</w:t>
      </w:r>
      <w:proofErr w:type="gramEnd"/>
      <w:r w:rsidR="00434D00">
        <w:rPr>
          <w:lang w:val="es-AR"/>
        </w:rPr>
        <w:t>. (al sector que corresponda)</w:t>
      </w:r>
    </w:p>
    <w:p w14:paraId="2C563B20" w14:textId="14776F80" w:rsidR="004E2F04" w:rsidRPr="0034599C" w:rsidRDefault="00524199">
      <w:pPr>
        <w:spacing w:after="300"/>
        <w:rPr>
          <w:lang w:val="es-AR"/>
        </w:rPr>
      </w:pPr>
      <w:r w:rsidRPr="0034599C">
        <w:rPr>
          <w:b/>
          <w:lang w:val="es-AR"/>
        </w:rPr>
        <w:t xml:space="preserve">Lic. </w:t>
      </w:r>
      <w:r w:rsidR="00DE654C">
        <w:rPr>
          <w:b/>
          <w:lang w:val="es-AR"/>
        </w:rPr>
        <w:t>……. (a quien corresponda)</w:t>
      </w:r>
    </w:p>
    <w:p w14:paraId="032711C5" w14:textId="6EBE1C98" w:rsidR="004E2F04" w:rsidRPr="0034599C" w:rsidRDefault="00524199" w:rsidP="00DE654C">
      <w:pPr>
        <w:spacing w:line="360" w:lineRule="auto"/>
        <w:ind w:firstLine="1757"/>
        <w:jc w:val="both"/>
        <w:rPr>
          <w:lang w:val="es-AR"/>
        </w:rPr>
      </w:pPr>
      <w:r w:rsidRPr="0034599C">
        <w:rPr>
          <w:lang w:val="es-AR"/>
        </w:rPr>
        <w:t xml:space="preserve">Me dirijo a usted con el fin de solicitar autorización para que alumnos de </w:t>
      </w:r>
      <w:r w:rsidR="00DE654C">
        <w:rPr>
          <w:lang w:val="es-AR"/>
        </w:rPr>
        <w:t>…</w:t>
      </w:r>
      <w:r w:rsidRPr="0034599C">
        <w:rPr>
          <w:lang w:val="es-AR"/>
        </w:rPr>
        <w:t>° año de la Tecnicatura Universitaria en Tecnología de Alimentos del Centro Universitario Reconquista-Avellaneda</w:t>
      </w:r>
      <w:r w:rsidR="0034599C">
        <w:rPr>
          <w:lang w:val="es-AR"/>
        </w:rPr>
        <w:t xml:space="preserve"> </w:t>
      </w:r>
      <w:r w:rsidRPr="0034599C">
        <w:rPr>
          <w:lang w:val="es-AR"/>
        </w:rPr>
        <w:t xml:space="preserve">UNL puedan realizar una visita con fines pedagógicos a la planta </w:t>
      </w:r>
      <w:r w:rsidR="00DE654C">
        <w:rPr>
          <w:lang w:val="es-AR"/>
        </w:rPr>
        <w:t>…….</w:t>
      </w:r>
      <w:r w:rsidRPr="0034599C">
        <w:rPr>
          <w:lang w:val="es-AR"/>
        </w:rPr>
        <w:t xml:space="preserve"> el día </w:t>
      </w:r>
      <w:r w:rsidR="00DE654C">
        <w:rPr>
          <w:lang w:val="es-AR"/>
        </w:rPr>
        <w:t>……</w:t>
      </w:r>
      <w:r w:rsidRPr="0034599C">
        <w:rPr>
          <w:lang w:val="es-AR"/>
        </w:rPr>
        <w:t xml:space="preserve"> del corriente</w:t>
      </w:r>
      <w:r w:rsidR="0034599C">
        <w:rPr>
          <w:lang w:val="es-AR"/>
        </w:rPr>
        <w:t xml:space="preserve"> año</w:t>
      </w:r>
      <w:r w:rsidRPr="0034599C">
        <w:rPr>
          <w:lang w:val="es-AR"/>
        </w:rPr>
        <w:t xml:space="preserve"> a las </w:t>
      </w:r>
      <w:r w:rsidR="00DE654C">
        <w:rPr>
          <w:lang w:val="es-AR"/>
        </w:rPr>
        <w:t>……</w:t>
      </w:r>
      <w:r w:rsidR="00F3371F">
        <w:rPr>
          <w:lang w:val="es-AR"/>
        </w:rPr>
        <w:t xml:space="preserve"> </w:t>
      </w:r>
      <w:proofErr w:type="spellStart"/>
      <w:r w:rsidR="0034599C">
        <w:rPr>
          <w:lang w:val="es-AR"/>
        </w:rPr>
        <w:t>hs</w:t>
      </w:r>
      <w:proofErr w:type="spellEnd"/>
      <w:r w:rsidRPr="0034599C">
        <w:rPr>
          <w:lang w:val="es-AR"/>
        </w:rPr>
        <w:t>.</w:t>
      </w:r>
    </w:p>
    <w:p w14:paraId="0CE16F90" w14:textId="228CEDA0" w:rsidR="004E2F04" w:rsidRDefault="00524199" w:rsidP="00DE654C">
      <w:pPr>
        <w:spacing w:after="140" w:line="360" w:lineRule="auto"/>
        <w:ind w:firstLine="1757"/>
        <w:jc w:val="both"/>
        <w:rPr>
          <w:lang w:val="es-AR"/>
        </w:rPr>
      </w:pPr>
      <w:r w:rsidRPr="0034599C">
        <w:rPr>
          <w:lang w:val="es-AR"/>
        </w:rPr>
        <w:t xml:space="preserve">Se detalla la nómina de alumnos que asistirán, quienes estarán a cargo del docente </w:t>
      </w:r>
      <w:proofErr w:type="gramStart"/>
      <w:r w:rsidR="00DE654C">
        <w:rPr>
          <w:lang w:val="es-AR"/>
        </w:rPr>
        <w:t>…….</w:t>
      </w:r>
      <w:proofErr w:type="gramEnd"/>
      <w:r w:rsidR="00DE654C">
        <w:rPr>
          <w:lang w:val="es-AR"/>
        </w:rPr>
        <w:t>.</w:t>
      </w:r>
      <w:r w:rsidRPr="0034599C">
        <w:rPr>
          <w:lang w:val="es-AR"/>
        </w:rPr>
        <w:t xml:space="preserve">, responsable de la asignatura </w:t>
      </w:r>
      <w:proofErr w:type="gramStart"/>
      <w:r w:rsidR="00DE654C">
        <w:rPr>
          <w:lang w:val="es-AR"/>
        </w:rPr>
        <w:t>“….</w:t>
      </w:r>
      <w:proofErr w:type="gramEnd"/>
      <w:r w:rsidR="00DE654C">
        <w:rPr>
          <w:lang w:val="es-AR"/>
        </w:rPr>
        <w:t>”</w:t>
      </w:r>
      <w:r w:rsidRPr="0034599C">
        <w:rPr>
          <w:lang w:val="es-AR"/>
        </w:rPr>
        <w:t>.</w:t>
      </w:r>
    </w:p>
    <w:p w14:paraId="0C95C5A4" w14:textId="77777777" w:rsidR="0034599C" w:rsidRDefault="0034599C">
      <w:pPr>
        <w:spacing w:before="320" w:after="120"/>
        <w:ind w:firstLine="1757"/>
        <w:rPr>
          <w:lang w:val="es-AR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13"/>
        <w:gridCol w:w="1726"/>
        <w:gridCol w:w="1736"/>
        <w:gridCol w:w="1705"/>
      </w:tblGrid>
      <w:tr w:rsidR="0034599C" w:rsidRPr="003B6CD7" w14:paraId="16FA5630" w14:textId="77777777" w:rsidTr="0034599C">
        <w:trPr>
          <w:jc w:val="center"/>
        </w:trPr>
        <w:tc>
          <w:tcPr>
            <w:tcW w:w="1713" w:type="dxa"/>
          </w:tcPr>
          <w:p w14:paraId="1E883164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726" w:type="dxa"/>
          </w:tcPr>
          <w:p w14:paraId="69DB8259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CD7">
              <w:rPr>
                <w:rFonts w:ascii="Times New Roman" w:hAnsi="Times New Roman" w:cs="Times New Roman"/>
                <w:b/>
                <w:sz w:val="24"/>
                <w:szCs w:val="24"/>
              </w:rPr>
              <w:t>Apellido</w:t>
            </w:r>
            <w:proofErr w:type="spellEnd"/>
          </w:p>
        </w:tc>
        <w:tc>
          <w:tcPr>
            <w:tcW w:w="1736" w:type="dxa"/>
          </w:tcPr>
          <w:p w14:paraId="252472F1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b/>
                <w:sz w:val="24"/>
                <w:szCs w:val="24"/>
              </w:rPr>
              <w:t>DNI</w:t>
            </w:r>
          </w:p>
        </w:tc>
        <w:tc>
          <w:tcPr>
            <w:tcW w:w="1705" w:type="dxa"/>
          </w:tcPr>
          <w:p w14:paraId="025A3C87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b/>
                <w:sz w:val="24"/>
                <w:szCs w:val="24"/>
              </w:rPr>
              <w:t>Rol</w:t>
            </w:r>
          </w:p>
        </w:tc>
      </w:tr>
      <w:tr w:rsidR="0034599C" w:rsidRPr="003B6CD7" w14:paraId="113165F4" w14:textId="77777777" w:rsidTr="0034599C">
        <w:trPr>
          <w:jc w:val="center"/>
        </w:trPr>
        <w:tc>
          <w:tcPr>
            <w:tcW w:w="1713" w:type="dxa"/>
          </w:tcPr>
          <w:p w14:paraId="1CC935CC" w14:textId="6BEA6A3C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6E219C16" w14:textId="6A983306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1A6DF50D" w14:textId="1384D97C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075EAD59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proofErr w:type="spellEnd"/>
          </w:p>
        </w:tc>
      </w:tr>
      <w:tr w:rsidR="0034599C" w:rsidRPr="003B6CD7" w14:paraId="09246ECB" w14:textId="77777777" w:rsidTr="0034599C">
        <w:trPr>
          <w:jc w:val="center"/>
        </w:trPr>
        <w:tc>
          <w:tcPr>
            <w:tcW w:w="1713" w:type="dxa"/>
          </w:tcPr>
          <w:p w14:paraId="2F210839" w14:textId="4C76C5FF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21455098" w14:textId="1236696A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7B31A18B" w14:textId="1AFA5FB5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3A0F58E4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  <w:tr w:rsidR="0034599C" w:rsidRPr="003B6CD7" w14:paraId="71898D53" w14:textId="77777777" w:rsidTr="0034599C">
        <w:trPr>
          <w:jc w:val="center"/>
        </w:trPr>
        <w:tc>
          <w:tcPr>
            <w:tcW w:w="1713" w:type="dxa"/>
          </w:tcPr>
          <w:p w14:paraId="55BB299A" w14:textId="6919D054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0837DA35" w14:textId="478C36A9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61BACDE3" w14:textId="0396B436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567964DD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Alumno</w:t>
            </w:r>
          </w:p>
        </w:tc>
      </w:tr>
      <w:tr w:rsidR="0034599C" w:rsidRPr="003B6CD7" w14:paraId="3E71CD41" w14:textId="77777777" w:rsidTr="0034599C">
        <w:trPr>
          <w:jc w:val="center"/>
        </w:trPr>
        <w:tc>
          <w:tcPr>
            <w:tcW w:w="1713" w:type="dxa"/>
          </w:tcPr>
          <w:p w14:paraId="44FF94D3" w14:textId="3D2E6190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1BFD3D3E" w14:textId="7E988B8B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5D233E27" w14:textId="1E5A05AD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2C1434B6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  <w:tr w:rsidR="0034599C" w:rsidRPr="003B6CD7" w14:paraId="3CBE2E94" w14:textId="77777777" w:rsidTr="0034599C">
        <w:trPr>
          <w:jc w:val="center"/>
        </w:trPr>
        <w:tc>
          <w:tcPr>
            <w:tcW w:w="1713" w:type="dxa"/>
          </w:tcPr>
          <w:p w14:paraId="2EDC1AB8" w14:textId="7C27AB9B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4CF9D218" w14:textId="356EF131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26FDC6FA" w14:textId="376193C6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70C719A4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Alumno</w:t>
            </w:r>
          </w:p>
        </w:tc>
      </w:tr>
      <w:tr w:rsidR="0034599C" w:rsidRPr="003B6CD7" w14:paraId="34B55495" w14:textId="77777777" w:rsidTr="0034599C">
        <w:trPr>
          <w:jc w:val="center"/>
        </w:trPr>
        <w:tc>
          <w:tcPr>
            <w:tcW w:w="1713" w:type="dxa"/>
          </w:tcPr>
          <w:p w14:paraId="670DB8BB" w14:textId="5B58814D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1474DD64" w14:textId="2F473F6A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625DF7AE" w14:textId="18EF4C1A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49F3AA73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  <w:tr w:rsidR="0034599C" w:rsidRPr="003B6CD7" w14:paraId="11342622" w14:textId="77777777" w:rsidTr="0034599C">
        <w:trPr>
          <w:jc w:val="center"/>
        </w:trPr>
        <w:tc>
          <w:tcPr>
            <w:tcW w:w="1713" w:type="dxa"/>
          </w:tcPr>
          <w:p w14:paraId="2B7AB258" w14:textId="33373F08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1D18A81F" w14:textId="60298098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55F6720B" w14:textId="6D653EDC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A820675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Alumno</w:t>
            </w:r>
          </w:p>
        </w:tc>
      </w:tr>
      <w:tr w:rsidR="0034599C" w:rsidRPr="003B6CD7" w14:paraId="17104AC9" w14:textId="77777777" w:rsidTr="0034599C">
        <w:trPr>
          <w:jc w:val="center"/>
        </w:trPr>
        <w:tc>
          <w:tcPr>
            <w:tcW w:w="1713" w:type="dxa"/>
          </w:tcPr>
          <w:p w14:paraId="18A7AA3D" w14:textId="02AEEA01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733AAF5D" w14:textId="02BC08EC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2D666E62" w14:textId="6979DA63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4DA57925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  <w:tr w:rsidR="0034599C" w:rsidRPr="003B6CD7" w14:paraId="6574DB79" w14:textId="77777777" w:rsidTr="0034599C">
        <w:trPr>
          <w:jc w:val="center"/>
        </w:trPr>
        <w:tc>
          <w:tcPr>
            <w:tcW w:w="1713" w:type="dxa"/>
          </w:tcPr>
          <w:p w14:paraId="6711AFC6" w14:textId="6BBAFACD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2C9125F5" w14:textId="2AA73578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5769F87A" w14:textId="0B53D88C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76E3D4F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  <w:tr w:rsidR="0034599C" w:rsidRPr="003B6CD7" w14:paraId="2254E6A0" w14:textId="77777777" w:rsidTr="0034599C">
        <w:trPr>
          <w:jc w:val="center"/>
        </w:trPr>
        <w:tc>
          <w:tcPr>
            <w:tcW w:w="1713" w:type="dxa"/>
          </w:tcPr>
          <w:p w14:paraId="4F148EFE" w14:textId="101A429A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14:paraId="62BE7E8A" w14:textId="1B2C5DE1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41094CEC" w14:textId="7F3479AA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CD8DCF1" w14:textId="77777777" w:rsidR="0034599C" w:rsidRPr="003B6CD7" w:rsidRDefault="0034599C" w:rsidP="004B4F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CD7">
              <w:rPr>
                <w:rFonts w:ascii="Times New Roman" w:hAnsi="Times New Roman" w:cs="Times New Roman"/>
                <w:sz w:val="24"/>
                <w:szCs w:val="24"/>
              </w:rPr>
              <w:t>Alumna</w:t>
            </w:r>
          </w:p>
        </w:tc>
      </w:tr>
    </w:tbl>
    <w:p w14:paraId="6C6FFE2B" w14:textId="7EF0D04E" w:rsidR="004E2F04" w:rsidRPr="0034599C" w:rsidRDefault="00524199" w:rsidP="0034599C">
      <w:pPr>
        <w:spacing w:before="320" w:after="120"/>
        <w:ind w:firstLine="1757"/>
        <w:jc w:val="right"/>
        <w:rPr>
          <w:lang w:val="es-AR"/>
        </w:rPr>
      </w:pPr>
      <w:r w:rsidRPr="0034599C">
        <w:rPr>
          <w:lang w:val="es-AR"/>
        </w:rPr>
        <w:t>Sin otro particular, saludo a usted con atenta consideración.</w:t>
      </w:r>
    </w:p>
    <w:p w14:paraId="4800AF7E" w14:textId="77777777" w:rsidR="0034599C" w:rsidRDefault="0034599C">
      <w:pPr>
        <w:jc w:val="center"/>
        <w:rPr>
          <w:sz w:val="13"/>
          <w:lang w:val="es-AR"/>
        </w:rPr>
      </w:pPr>
    </w:p>
    <w:p w14:paraId="47E45ACA" w14:textId="77777777" w:rsidR="0034599C" w:rsidRDefault="0034599C">
      <w:pPr>
        <w:jc w:val="center"/>
        <w:rPr>
          <w:sz w:val="13"/>
          <w:lang w:val="es-AR"/>
        </w:rPr>
      </w:pPr>
    </w:p>
    <w:p w14:paraId="11A5ABE5" w14:textId="77777777" w:rsidR="0034599C" w:rsidRDefault="0034599C">
      <w:pPr>
        <w:jc w:val="center"/>
        <w:rPr>
          <w:sz w:val="13"/>
          <w:lang w:val="es-AR"/>
        </w:rPr>
      </w:pPr>
    </w:p>
    <w:p w14:paraId="1F76AFF5" w14:textId="1BC036B4" w:rsidR="004E2F04" w:rsidRDefault="004E2F04">
      <w:pPr>
        <w:jc w:val="center"/>
        <w:rPr>
          <w:sz w:val="13"/>
          <w:lang w:val="es-AR"/>
        </w:rPr>
      </w:pPr>
    </w:p>
    <w:p w14:paraId="79FFA7D0" w14:textId="77777777" w:rsidR="00981CE6" w:rsidRDefault="00981CE6" w:rsidP="00981CE6">
      <w:pPr>
        <w:spacing w:before="240" w:after="240"/>
        <w:jc w:val="center"/>
        <w:rPr>
          <w:b/>
          <w:bCs/>
          <w:lang w:val="es-AR"/>
        </w:rPr>
      </w:pPr>
    </w:p>
    <w:p w14:paraId="234DEC5D" w14:textId="702453AD" w:rsidR="00981CE6" w:rsidRPr="00F04A6B" w:rsidRDefault="00981CE6" w:rsidP="00981CE6">
      <w:pPr>
        <w:spacing w:before="240" w:after="240"/>
        <w:jc w:val="center"/>
        <w:rPr>
          <w:b/>
          <w:bCs/>
          <w:lang w:val="es-AR"/>
        </w:rPr>
      </w:pPr>
      <w:r w:rsidRPr="00F04A6B">
        <w:rPr>
          <w:b/>
          <w:bCs/>
          <w:lang w:val="es-AR"/>
        </w:rPr>
        <w:t xml:space="preserve">Mag. Arq. Nadir </w:t>
      </w:r>
      <w:r w:rsidR="005F40D4">
        <w:rPr>
          <w:b/>
          <w:bCs/>
          <w:lang w:val="es-AR"/>
        </w:rPr>
        <w:t xml:space="preserve">I. </w:t>
      </w:r>
      <w:r w:rsidRPr="00F04A6B">
        <w:rPr>
          <w:b/>
          <w:bCs/>
          <w:lang w:val="es-AR"/>
        </w:rPr>
        <w:t>Saade</w:t>
      </w:r>
    </w:p>
    <w:p w14:paraId="7F71700B" w14:textId="77777777" w:rsidR="00981CE6" w:rsidRPr="00F04A6B" w:rsidRDefault="00981CE6" w:rsidP="00981CE6">
      <w:pPr>
        <w:spacing w:before="240" w:after="240"/>
        <w:jc w:val="center"/>
        <w:rPr>
          <w:lang w:val="es-AR"/>
        </w:rPr>
      </w:pPr>
      <w:r w:rsidRPr="00F04A6B">
        <w:rPr>
          <w:lang w:val="es-AR"/>
        </w:rPr>
        <w:t>Director</w:t>
      </w:r>
    </w:p>
    <w:p w14:paraId="3DE4420B" w14:textId="77777777" w:rsidR="00981CE6" w:rsidRDefault="00981CE6" w:rsidP="00981CE6">
      <w:pPr>
        <w:spacing w:before="240" w:after="240"/>
        <w:jc w:val="center"/>
        <w:rPr>
          <w:lang w:val="es-AR"/>
        </w:rPr>
      </w:pPr>
      <w:r w:rsidRPr="00F04A6B">
        <w:rPr>
          <w:lang w:val="es-AR"/>
        </w:rPr>
        <w:t>Centro Universitario Reconquista - Avellaneda</w:t>
      </w:r>
    </w:p>
    <w:p w14:paraId="6FC78C88" w14:textId="15B9AFC3" w:rsidR="0034599C" w:rsidRPr="0034599C" w:rsidRDefault="00981CE6" w:rsidP="008F1F31">
      <w:pPr>
        <w:spacing w:before="240" w:after="240"/>
        <w:jc w:val="center"/>
        <w:rPr>
          <w:lang w:val="es-AR"/>
        </w:rPr>
      </w:pPr>
      <w:r w:rsidRPr="00F04A6B">
        <w:rPr>
          <w:lang w:val="es-AR"/>
        </w:rPr>
        <w:t>Universidad Nacional del Litoral</w:t>
      </w:r>
    </w:p>
    <w:sectPr w:rsidR="0034599C" w:rsidRPr="0034599C" w:rsidSect="00034616">
      <w:headerReference w:type="default" r:id="rId8"/>
      <w:footerReference w:type="default" r:id="rId9"/>
      <w:pgSz w:w="11906" w:h="16838"/>
      <w:pgMar w:top="2976" w:right="1134" w:bottom="1191" w:left="2268" w:header="737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DBCE7" w14:textId="77777777" w:rsidR="009B377D" w:rsidRDefault="009B377D">
      <w:r>
        <w:separator/>
      </w:r>
    </w:p>
  </w:endnote>
  <w:endnote w:type="continuationSeparator" w:id="0">
    <w:p w14:paraId="76453574" w14:textId="77777777" w:rsidR="009B377D" w:rsidRDefault="009B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5D58" w14:textId="77777777" w:rsidR="004E2F04" w:rsidRDefault="004E2F04">
    <w:pPr>
      <w:pStyle w:val="Piedepgina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252"/>
      <w:gridCol w:w="4252"/>
    </w:tblGrid>
    <w:tr w:rsidR="004E2F04" w:rsidRPr="0034599C" w14:paraId="03433894" w14:textId="77777777">
      <w:tc>
        <w:tcPr>
          <w:tcW w:w="4252" w:type="dxa"/>
        </w:tcPr>
        <w:p w14:paraId="1A1BE132" w14:textId="77777777" w:rsidR="004E2F04" w:rsidRDefault="00524199">
          <w:r>
            <w:rPr>
              <w:b/>
              <w:sz w:val="15"/>
            </w:rPr>
            <w:t>Centro Universitario Reconquista-Avellaneda</w:t>
          </w:r>
        </w:p>
        <w:p w14:paraId="3A9B080B" w14:textId="77777777" w:rsidR="004E2F04" w:rsidRDefault="00524199">
          <w:r>
            <w:rPr>
              <w:noProof/>
            </w:rPr>
            <w:drawing>
              <wp:inline distT="0" distB="0" distL="0" distR="0" wp14:anchorId="327D563A" wp14:editId="0D61B56E">
                <wp:extent cx="270000" cy="236250"/>
                <wp:effectExtent l="0" t="0" r="0" b="0"/>
                <wp:docPr id="168047493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ll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</w:tcPr>
        <w:p w14:paraId="68904F68" w14:textId="77777777" w:rsidR="004E2F04" w:rsidRPr="0034599C" w:rsidRDefault="00524199">
          <w:pPr>
            <w:rPr>
              <w:lang w:val="es-AR"/>
            </w:rPr>
          </w:pPr>
          <w:r w:rsidRPr="0034599C">
            <w:rPr>
              <w:sz w:val="16"/>
              <w:lang w:val="es-AR"/>
            </w:rPr>
            <w:t>Laura Devetach 3535</w:t>
          </w:r>
          <w:r w:rsidRPr="0034599C">
            <w:rPr>
              <w:sz w:val="16"/>
              <w:lang w:val="es-AR"/>
            </w:rPr>
            <w:br/>
            <w:t>3560, Reconquista, Santa Fe, Argentina</w:t>
          </w:r>
          <w:r w:rsidRPr="0034599C">
            <w:rPr>
              <w:sz w:val="16"/>
              <w:lang w:val="es-AR"/>
            </w:rPr>
            <w:br/>
            <w:t>(0342) 4587890</w:t>
          </w:r>
          <w:r w:rsidRPr="0034599C">
            <w:rPr>
              <w:sz w:val="16"/>
              <w:lang w:val="es-AR"/>
            </w:rPr>
            <w:br/>
            <w:t>cu-ra@unl.edu.ar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C458" w14:textId="77777777" w:rsidR="009B377D" w:rsidRDefault="009B377D">
      <w:r>
        <w:separator/>
      </w:r>
    </w:p>
  </w:footnote>
  <w:footnote w:type="continuationSeparator" w:id="0">
    <w:p w14:paraId="77CFAEE3" w14:textId="77777777" w:rsidR="009B377D" w:rsidRDefault="009B3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5A86" w14:textId="77777777" w:rsidR="004E2F04" w:rsidRDefault="00524199">
    <w:pPr>
      <w:pStyle w:val="Encabezado"/>
    </w:pPr>
    <w:r>
      <w:rPr>
        <w:noProof/>
      </w:rPr>
      <w:drawing>
        <wp:inline distT="0" distB="0" distL="0" distR="0" wp14:anchorId="1CEE031F" wp14:editId="71FA82EB">
          <wp:extent cx="3276000" cy="85875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76000" cy="858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895680">
    <w:abstractNumId w:val="8"/>
  </w:num>
  <w:num w:numId="2" w16cid:durableId="814108085">
    <w:abstractNumId w:val="6"/>
  </w:num>
  <w:num w:numId="3" w16cid:durableId="1430082617">
    <w:abstractNumId w:val="5"/>
  </w:num>
  <w:num w:numId="4" w16cid:durableId="492375185">
    <w:abstractNumId w:val="4"/>
  </w:num>
  <w:num w:numId="5" w16cid:durableId="435946727">
    <w:abstractNumId w:val="7"/>
  </w:num>
  <w:num w:numId="6" w16cid:durableId="1563830107">
    <w:abstractNumId w:val="3"/>
  </w:num>
  <w:num w:numId="7" w16cid:durableId="1022627207">
    <w:abstractNumId w:val="2"/>
  </w:num>
  <w:num w:numId="8" w16cid:durableId="2023625355">
    <w:abstractNumId w:val="1"/>
  </w:num>
  <w:num w:numId="9" w16cid:durableId="117591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D67"/>
    <w:rsid w:val="0029639D"/>
    <w:rsid w:val="00315C6D"/>
    <w:rsid w:val="00326F90"/>
    <w:rsid w:val="0034599C"/>
    <w:rsid w:val="00434D00"/>
    <w:rsid w:val="004D06A3"/>
    <w:rsid w:val="004E2F04"/>
    <w:rsid w:val="00524199"/>
    <w:rsid w:val="005F40D4"/>
    <w:rsid w:val="00847051"/>
    <w:rsid w:val="008F1F31"/>
    <w:rsid w:val="00981CE6"/>
    <w:rsid w:val="009B377D"/>
    <w:rsid w:val="00A45879"/>
    <w:rsid w:val="00A528D9"/>
    <w:rsid w:val="00A948BB"/>
    <w:rsid w:val="00AA1D8D"/>
    <w:rsid w:val="00B47730"/>
    <w:rsid w:val="00CB0664"/>
    <w:rsid w:val="00DE654C"/>
    <w:rsid w:val="00F337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737EE"/>
  <w14:defaultImageDpi w14:val="300"/>
  <w15:docId w15:val="{E79175A8-4EEE-4EF7-B31F-48A523A0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Melisa Donda</cp:lastModifiedBy>
  <cp:revision>9</cp:revision>
  <cp:lastPrinted>2026-09-29T19:47:00Z</cp:lastPrinted>
  <dcterms:created xsi:type="dcterms:W3CDTF">2026-09-28T21:00:00Z</dcterms:created>
  <dcterms:modified xsi:type="dcterms:W3CDTF">2026-10-06T15:35:00Z</dcterms:modified>
  <cp:category/>
</cp:coreProperties>
</file>